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0824" w14:textId="77777777" w:rsidR="00B91F6F" w:rsidRPr="005F262D" w:rsidRDefault="00000000" w:rsidP="00583066">
      <w:pPr>
        <w:pStyle w:val="Heading1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House Rules &amp; Policies</w:t>
      </w:r>
    </w:p>
    <w:p w14:paraId="1F86FF22" w14:textId="59F4EEFB" w:rsidR="00B91F6F" w:rsidRPr="005F262D" w:rsidRDefault="00000000" w:rsidP="00583066">
      <w:pPr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Welcome to your </w:t>
      </w:r>
      <w:r w:rsidR="00DD5CB7">
        <w:rPr>
          <w:sz w:val="15"/>
          <w:szCs w:val="15"/>
        </w:rPr>
        <w:t>Adventure Travel Company</w:t>
      </w:r>
      <w:r w:rsidRPr="005F262D">
        <w:rPr>
          <w:sz w:val="15"/>
          <w:szCs w:val="15"/>
        </w:rPr>
        <w:t xml:space="preserve"> Experience! To ensure a smooth and enjoyable stay for everyone, please take a moment to review the following house rules and policies.</w:t>
      </w:r>
    </w:p>
    <w:p w14:paraId="18F67BB8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1. General House Guidelines</w:t>
      </w:r>
    </w:p>
    <w:p w14:paraId="42F4F672" w14:textId="0979B148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Respect Shared Spaces – Be mindful of others when using common areas such as the living room, kitchen, and outdoor spaces.</w:t>
      </w:r>
    </w:p>
    <w:p w14:paraId="4A9F3A85" w14:textId="1C92DD5E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Keep It Clean – Please clean up after yourself in shared areas and keep personal belongings organized.</w:t>
      </w:r>
    </w:p>
    <w:p w14:paraId="5994E89E" w14:textId="49431A31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No Shoes Indoors – Sand can be tough to clean! Please leave sandy shoes and wetsuits outside or in designated storage areas.</w:t>
      </w:r>
    </w:p>
    <w:p w14:paraId="40ACC93E" w14:textId="2E50A8BD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Tidy Up Before Check-Out – While deep cleaning is covered, we appreciate guests placing trash in bins and tidying up their rooms before departure.</w:t>
      </w:r>
    </w:p>
    <w:p w14:paraId="3FB1332E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2. Quiet Hours &amp; Respect for Others</w:t>
      </w:r>
    </w:p>
    <w:p w14:paraId="0C053585" w14:textId="67661374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Quiet Hours: 11:00 PM – 7:00 AM</w:t>
      </w:r>
    </w:p>
    <w:p w14:paraId="3EE2DF92" w14:textId="1C5F4DC4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Please keep noise levels down during these hours, especially in outdoor areas, hallways, and shared spaces.</w:t>
      </w:r>
    </w:p>
    <w:p w14:paraId="3549C8D9" w14:textId="15028082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3. Pool, Hot Tub &amp; Outdoor Areas</w:t>
      </w:r>
    </w:p>
    <w:p w14:paraId="6AAAF68F" w14:textId="7A15EC14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Pool hours: 8:00 AM – 10:00 PM</w:t>
      </w:r>
    </w:p>
    <w:p w14:paraId="3BC1C1F6" w14:textId="360EB985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No glassware near the pool or hot tub. Plastic cups are provided.</w:t>
      </w:r>
    </w:p>
    <w:p w14:paraId="133AD76E" w14:textId="6DEFFFB3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Rinse off before entering the hot tub or pool to keep the water fresh.</w:t>
      </w:r>
    </w:p>
    <w:p w14:paraId="5367615D" w14:textId="2B3174CF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No running, diving, or horseplay in the pool area.</w:t>
      </w:r>
    </w:p>
    <w:p w14:paraId="400F14C9" w14:textId="235AE991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Deck &amp; Patio Use</w:t>
      </w:r>
    </w:p>
    <w:p w14:paraId="1D9D415B" w14:textId="71BF1446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Enjoy the space but be considerate of others during late hours.</w:t>
      </w:r>
    </w:p>
    <w:p w14:paraId="34E10DD6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4. Smoking, Alcohol, &amp; Substance Policy</w:t>
      </w:r>
    </w:p>
    <w:p w14:paraId="38DC930C" w14:textId="4A79AEE6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Smoking &amp; Vaping: Strictly prohibited inside the house. If you must smoke, please do so in designated outdoor areas and dispose of cigarette butts properly.</w:t>
      </w:r>
    </w:p>
    <w:p w14:paraId="01021811" w14:textId="393795EE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Alcohol: Responsible drinking is permitted, but excessive intoxication or disruptive behavior will not be tolerated.</w:t>
      </w:r>
    </w:p>
    <w:p w14:paraId="4861FC72" w14:textId="247FA647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Drugs: The use of illegal substances is strictly prohibited and will result in immediate removal from the experience without refund.</w:t>
      </w:r>
    </w:p>
    <w:p w14:paraId="721E8B10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5. Check-In &amp; Check-Out Procedures</w:t>
      </w:r>
    </w:p>
    <w:p w14:paraId="18C9CE77" w14:textId="501AAAF6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Check-In: 4:00 PM or later</w:t>
      </w:r>
    </w:p>
    <w:p w14:paraId="11026335" w14:textId="2A1D8FE9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Check-Out: 10:00 AM</w:t>
      </w:r>
    </w:p>
    <w:p w14:paraId="23A48FAB" w14:textId="4B26B0BD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Early check-in and late check-out are subject to availability.</w:t>
      </w:r>
    </w:p>
    <w:p w14:paraId="7B285B6C" w14:textId="72CF4B6F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Please strip used bed linens and place </w:t>
      </w:r>
      <w:r w:rsidR="00727019" w:rsidRPr="005F262D">
        <w:rPr>
          <w:sz w:val="15"/>
          <w:szCs w:val="15"/>
        </w:rPr>
        <w:t>then at the foot of your bed</w:t>
      </w:r>
    </w:p>
    <w:p w14:paraId="5648494D" w14:textId="7973EF12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Make sure all personal items are packed, and trash is disposed of properly.</w:t>
      </w:r>
    </w:p>
    <w:p w14:paraId="26183CF6" w14:textId="4D0BFB89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6. Kitchen &amp; Food Storage</w:t>
      </w:r>
    </w:p>
    <w:p w14:paraId="0AE76131" w14:textId="07B747E0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Label any personal food stored in the refrigerator or cabinets.</w:t>
      </w:r>
    </w:p>
    <w:p w14:paraId="698854A3" w14:textId="1D4D1D0A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Please wash your dishes after use or load them into the dishwasher.</w:t>
      </w:r>
    </w:p>
    <w:p w14:paraId="2E23E821" w14:textId="325FD91B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Do not leave perishable food out to avoid attracting insects.</w:t>
      </w:r>
    </w:p>
    <w:p w14:paraId="6502CE71" w14:textId="555B11EC" w:rsidR="00B91F6F" w:rsidRPr="006C77D3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6C77D3">
        <w:rPr>
          <w:sz w:val="15"/>
          <w:szCs w:val="15"/>
        </w:rPr>
        <w:t xml:space="preserve"> Grill Usage</w:t>
      </w:r>
      <w:r w:rsidR="006C77D3" w:rsidRPr="006C77D3">
        <w:rPr>
          <w:sz w:val="15"/>
          <w:szCs w:val="15"/>
        </w:rPr>
        <w:t xml:space="preserve">- </w:t>
      </w:r>
      <w:r w:rsidRPr="006C77D3">
        <w:rPr>
          <w:sz w:val="15"/>
          <w:szCs w:val="15"/>
        </w:rPr>
        <w:t xml:space="preserve"> If using the grill, please clean it after each use and turn off propane when finished.</w:t>
      </w:r>
    </w:p>
    <w:p w14:paraId="37B6B18C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7. Guest Safety &amp; Security</w:t>
      </w:r>
    </w:p>
    <w:p w14:paraId="2A1EA0AB" w14:textId="46A953B2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>Keep doors and windows locked when leaving the property.</w:t>
      </w:r>
    </w:p>
    <w:p w14:paraId="740678B0" w14:textId="37C0CFDF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Do not share house codes with non-guests.</w:t>
      </w:r>
    </w:p>
    <w:p w14:paraId="3750FD76" w14:textId="7AF36291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Emergency Procedures</w:t>
      </w:r>
    </w:p>
    <w:p w14:paraId="391865B8" w14:textId="66195C98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In case of fire or emergency, call 911 immediately.</w:t>
      </w:r>
    </w:p>
    <w:p w14:paraId="7803131D" w14:textId="7602203D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A fire extinguisher and first-aid kit are available in the kitchen.</w:t>
      </w:r>
    </w:p>
    <w:p w14:paraId="2901467C" w14:textId="4A9BA903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For non-emergency issues, contact the host.</w:t>
      </w:r>
    </w:p>
    <w:p w14:paraId="30F9BBC5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8. Parking &amp; Gear Storage</w:t>
      </w:r>
    </w:p>
    <w:p w14:paraId="18E0BE6F" w14:textId="58FE78B8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proofErr w:type="gramStart"/>
      <w:r w:rsidRPr="005F262D">
        <w:rPr>
          <w:sz w:val="15"/>
          <w:szCs w:val="15"/>
        </w:rPr>
        <w:t>Please park</w:t>
      </w:r>
      <w:proofErr w:type="gramEnd"/>
      <w:r w:rsidRPr="005F262D">
        <w:rPr>
          <w:sz w:val="15"/>
          <w:szCs w:val="15"/>
        </w:rPr>
        <w:t xml:space="preserve"> only in designated areas and avoid blocking other vehicles.</w:t>
      </w:r>
    </w:p>
    <w:p w14:paraId="00F66A7D" w14:textId="5A063330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Carpooling is encouraged due to limited space.</w:t>
      </w:r>
    </w:p>
    <w:p w14:paraId="65E50C66" w14:textId="2DC0DC9E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 Do not store wet gear inside the house—use the designated gear storage area.</w:t>
      </w:r>
    </w:p>
    <w:p w14:paraId="1F19A1DA" w14:textId="1A4709F8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Secure personal equipment when not in use. Adventure Travel Company is not responsible for lost, stolen, or damaged gear.</w:t>
      </w:r>
    </w:p>
    <w:p w14:paraId="3562DC7F" w14:textId="77777777" w:rsidR="00B91F6F" w:rsidRPr="005F262D" w:rsidRDefault="00000000" w:rsidP="00583066">
      <w:pPr>
        <w:pStyle w:val="Heading2"/>
        <w:spacing w:before="0" w:line="240" w:lineRule="auto"/>
        <w:rPr>
          <w:sz w:val="18"/>
          <w:szCs w:val="18"/>
        </w:rPr>
      </w:pPr>
      <w:r w:rsidRPr="005F262D">
        <w:rPr>
          <w:sz w:val="18"/>
          <w:szCs w:val="18"/>
        </w:rPr>
        <w:t>9. Community &amp; Respect</w:t>
      </w:r>
    </w:p>
    <w:p w14:paraId="2CB1C5BC" w14:textId="32563C6C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Be a Good Vibe – We welcome guests from all backgrounds and skill levels. Please be kind, inclusive, and respectful to fellow guests and staff.</w:t>
      </w:r>
    </w:p>
    <w:p w14:paraId="30D51B2E" w14:textId="7A5CC621" w:rsidR="00B91F6F" w:rsidRPr="005F262D" w:rsidRDefault="00000000" w:rsidP="00583066">
      <w:pPr>
        <w:pStyle w:val="ListBullet"/>
        <w:spacing w:line="240" w:lineRule="auto"/>
        <w:rPr>
          <w:sz w:val="15"/>
          <w:szCs w:val="15"/>
        </w:rPr>
      </w:pPr>
      <w:r w:rsidRPr="005F262D">
        <w:rPr>
          <w:sz w:val="15"/>
          <w:szCs w:val="15"/>
        </w:rPr>
        <w:t xml:space="preserve"> Group Communication – Join our group chat WhatsApp for daily wind updates, session plans, and social activities.</w:t>
      </w:r>
      <w:r w:rsidRPr="005F262D">
        <w:rPr>
          <w:sz w:val="15"/>
          <w:szCs w:val="15"/>
        </w:rPr>
        <w:br/>
      </w:r>
    </w:p>
    <w:sectPr w:rsidR="00B91F6F" w:rsidRPr="005F262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70540175">
    <w:abstractNumId w:val="8"/>
  </w:num>
  <w:num w:numId="2" w16cid:durableId="2009400640">
    <w:abstractNumId w:val="6"/>
  </w:num>
  <w:num w:numId="3" w16cid:durableId="374162837">
    <w:abstractNumId w:val="5"/>
  </w:num>
  <w:num w:numId="4" w16cid:durableId="2070765886">
    <w:abstractNumId w:val="4"/>
  </w:num>
  <w:num w:numId="5" w16cid:durableId="781848639">
    <w:abstractNumId w:val="7"/>
  </w:num>
  <w:num w:numId="6" w16cid:durableId="2078554187">
    <w:abstractNumId w:val="3"/>
  </w:num>
  <w:num w:numId="7" w16cid:durableId="1418284328">
    <w:abstractNumId w:val="2"/>
  </w:num>
  <w:num w:numId="8" w16cid:durableId="1554124438">
    <w:abstractNumId w:val="1"/>
  </w:num>
  <w:num w:numId="9" w16cid:durableId="451554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83066"/>
    <w:rsid w:val="005F262D"/>
    <w:rsid w:val="006C77D3"/>
    <w:rsid w:val="00727019"/>
    <w:rsid w:val="007F2F36"/>
    <w:rsid w:val="008B3DC3"/>
    <w:rsid w:val="008B540C"/>
    <w:rsid w:val="009D362E"/>
    <w:rsid w:val="00AA1D8D"/>
    <w:rsid w:val="00B24A87"/>
    <w:rsid w:val="00B47730"/>
    <w:rsid w:val="00B91F6F"/>
    <w:rsid w:val="00CB0664"/>
    <w:rsid w:val="00DD5CB7"/>
    <w:rsid w:val="00E059A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A91F7DC9-907C-432C-8855-02D76719D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Craig Aasen</cp:lastModifiedBy>
  <cp:revision>10</cp:revision>
  <cp:lastPrinted>2025-09-22T11:47:00Z</cp:lastPrinted>
  <dcterms:created xsi:type="dcterms:W3CDTF">2013-12-23T23:15:00Z</dcterms:created>
  <dcterms:modified xsi:type="dcterms:W3CDTF">2025-09-22T11:49:00Z</dcterms:modified>
  <cp:category/>
</cp:coreProperties>
</file>